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77B" w:rsidRDefault="00644F8B">
      <w:pPr>
        <w:pStyle w:val="Titolo"/>
        <w:jc w:val="center"/>
      </w:pPr>
      <w:r>
        <w:t xml:space="preserve">Manuel </w:t>
      </w:r>
      <w:proofErr w:type="spellStart"/>
      <w:r>
        <w:t>Liberti</w:t>
      </w:r>
      <w:proofErr w:type="spellEnd"/>
    </w:p>
    <w:p w:rsidR="00B0477B" w:rsidRDefault="00644F8B">
      <w:pPr>
        <w:spacing w:after="120"/>
      </w:pPr>
      <w:proofErr w:type="spellStart"/>
      <w:r>
        <w:t>Telefono</w:t>
      </w:r>
      <w:proofErr w:type="spellEnd"/>
      <w:r>
        <w:t>: +39 3275940213</w:t>
      </w:r>
    </w:p>
    <w:p w:rsidR="00B0477B" w:rsidRDefault="00644F8B">
      <w:pPr>
        <w:spacing w:after="120"/>
      </w:pPr>
      <w:r>
        <w:t>Email: manuel.liberti.nutrizionista</w:t>
      </w:r>
      <w:r w:rsidR="00C808FD">
        <w:t>@gmail.com</w:t>
      </w:r>
    </w:p>
    <w:p w:rsidR="00B0477B" w:rsidRDefault="00C808FD">
      <w:pPr>
        <w:pStyle w:val="Titolo1"/>
      </w:pPr>
      <w:proofErr w:type="spellStart"/>
      <w:r>
        <w:t>Profilo</w:t>
      </w:r>
      <w:proofErr w:type="spellEnd"/>
      <w:r>
        <w:t xml:space="preserve"> </w:t>
      </w:r>
      <w:proofErr w:type="spellStart"/>
      <w:r>
        <w:t>Professionale</w:t>
      </w:r>
      <w:proofErr w:type="spellEnd"/>
    </w:p>
    <w:p w:rsidR="00644F8B" w:rsidRPr="00644F8B" w:rsidRDefault="00644F8B" w:rsidP="00644F8B">
      <w:pPr>
        <w:rPr>
          <w:lang w:val="it-IT"/>
        </w:rPr>
      </w:pPr>
      <w:r w:rsidRPr="00644F8B">
        <w:rPr>
          <w:lang w:val="it-IT"/>
        </w:rPr>
        <w:t xml:space="preserve">Mi chiamo Manuel Liberti e sono un biologo nutrizionista </w:t>
      </w:r>
      <w:r w:rsidR="006A69DE">
        <w:rPr>
          <w:lang w:val="it-IT"/>
        </w:rPr>
        <w:t xml:space="preserve">e chinesiologo </w:t>
      </w:r>
      <w:r w:rsidRPr="00644F8B">
        <w:rPr>
          <w:lang w:val="it-IT"/>
        </w:rPr>
        <w:t>con una missione: aiutarti a raggiungere il tuo benessere fisico e mentale a 360°.Dopo aver conseguito la laurea in Scienze Motorie e Sportive, ho deciso di approfondire il legame tra alimentazione e salute, completando il mio percorso di studi laureandomi in scienze della nutrizione umana. Questa combinazione di competenze mi permette di offrire un approccio integrato, basato su scienza, movimento e cura della persona.</w:t>
      </w:r>
      <w:r>
        <w:rPr>
          <w:lang w:val="it-IT"/>
        </w:rPr>
        <w:t xml:space="preserve"> </w:t>
      </w:r>
      <w:r w:rsidRPr="00644F8B">
        <w:rPr>
          <w:lang w:val="it-IT"/>
        </w:rPr>
        <w:t>Amo ascoltare le esigenze di ogni individuo e creare percorsi personalizzati, che uniscono una corretta alimentazione a uno stile di vita attivo e bilanciato. Che il tuo obiettivo sia migliorare la tua salute, ottimizzare le performance sportive o semplicemente sentirti meglio con te stesso, sono qui per accompagnarti passo dopo passo.</w:t>
      </w:r>
      <w:r>
        <w:rPr>
          <w:lang w:val="it-IT"/>
        </w:rPr>
        <w:t xml:space="preserve"> </w:t>
      </w:r>
      <w:r w:rsidRPr="00644F8B">
        <w:rPr>
          <w:lang w:val="it-IT"/>
        </w:rPr>
        <w:t>La mia filosofia si basa sull'idea che il benessere non sia solo l'assenza di malattia, ma uno stato di equilibrio in cui alimentazione, attività fisica e mente lavorano in armonia. Credo fermamente nel concetto di “mangiare libero”, un approccio che esclude diete drastiche o privazioni eccessive, puntando invece ad una relazione sana e consapevole con il cibo, che soddisfi sia il corpo che la mente.</w:t>
      </w:r>
    </w:p>
    <w:p w:rsidR="00B0477B" w:rsidRDefault="00C808FD">
      <w:pPr>
        <w:pStyle w:val="Titolo1"/>
      </w:pPr>
      <w:proofErr w:type="spellStart"/>
      <w:r>
        <w:t>Esperienza</w:t>
      </w:r>
      <w:proofErr w:type="spellEnd"/>
      <w:r>
        <w:t xml:space="preserve"> </w:t>
      </w:r>
      <w:proofErr w:type="spellStart"/>
      <w:r>
        <w:t>Lavorativa</w:t>
      </w:r>
      <w:proofErr w:type="spellEnd"/>
    </w:p>
    <w:p w:rsidR="000F6839" w:rsidRDefault="000F6839" w:rsidP="000F6839">
      <w:pPr>
        <w:spacing w:after="120"/>
      </w:pPr>
      <w:proofErr w:type="spellStart"/>
      <w:r>
        <w:rPr>
          <w:b/>
        </w:rPr>
        <w:t>Biologo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nutrizionista</w:t>
      </w:r>
      <w:proofErr w:type="spellEnd"/>
      <w:r>
        <w:rPr>
          <w:b/>
        </w:rPr>
        <w:t xml:space="preserve"> – </w:t>
      </w:r>
      <w:proofErr w:type="spellStart"/>
      <w:r>
        <w:rPr>
          <w:b/>
        </w:rPr>
        <w:t>Novembre</w:t>
      </w:r>
      <w:proofErr w:type="spellEnd"/>
      <w:r>
        <w:rPr>
          <w:b/>
        </w:rPr>
        <w:t xml:space="preserve"> 2024</w:t>
      </w:r>
      <w:r>
        <w:rPr>
          <w:b/>
        </w:rPr>
        <w:t xml:space="preserve"> – </w:t>
      </w:r>
      <w:proofErr w:type="spellStart"/>
      <w:r>
        <w:rPr>
          <w:b/>
        </w:rPr>
        <w:t>oggi</w:t>
      </w:r>
      <w:proofErr w:type="spellEnd"/>
      <w:r w:rsidR="003C0897">
        <w:t xml:space="preserve"> </w:t>
      </w:r>
    </w:p>
    <w:p w:rsidR="000F6839" w:rsidRDefault="000F6839" w:rsidP="000F6839">
      <w:pPr>
        <w:spacing w:after="120"/>
      </w:pPr>
      <w:proofErr w:type="spellStart"/>
      <w:r>
        <w:rPr>
          <w:b/>
        </w:rPr>
        <w:t>Allenatore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nuoto</w:t>
      </w:r>
      <w:proofErr w:type="spellEnd"/>
      <w:r>
        <w:rPr>
          <w:b/>
        </w:rPr>
        <w:t xml:space="preserve"> FIN 1’ </w:t>
      </w:r>
      <w:proofErr w:type="spellStart"/>
      <w:r>
        <w:rPr>
          <w:b/>
        </w:rPr>
        <w:t>livello</w:t>
      </w:r>
      <w:proofErr w:type="spellEnd"/>
      <w:r>
        <w:rPr>
          <w:b/>
        </w:rPr>
        <w:t xml:space="preserve"> – </w:t>
      </w:r>
      <w:proofErr w:type="spellStart"/>
      <w:r>
        <w:rPr>
          <w:b/>
        </w:rPr>
        <w:t>Settembre</w:t>
      </w:r>
      <w:proofErr w:type="spellEnd"/>
      <w:r>
        <w:rPr>
          <w:b/>
        </w:rPr>
        <w:t xml:space="preserve"> 2019 – </w:t>
      </w:r>
      <w:proofErr w:type="spellStart"/>
      <w:r>
        <w:rPr>
          <w:b/>
        </w:rPr>
        <w:t>oggi</w:t>
      </w:r>
      <w:proofErr w:type="spellEnd"/>
      <w:r>
        <w:t xml:space="preserve"> </w:t>
      </w:r>
      <w:proofErr w:type="spellStart"/>
      <w:r>
        <w:t>presso</w:t>
      </w:r>
      <w:proofErr w:type="spellEnd"/>
      <w:r>
        <w:t xml:space="preserve"> </w:t>
      </w:r>
      <w:proofErr w:type="spellStart"/>
      <w:r>
        <w:t>circolo</w:t>
      </w:r>
      <w:proofErr w:type="spellEnd"/>
      <w:r>
        <w:t xml:space="preserve"> </w:t>
      </w:r>
      <w:proofErr w:type="spellStart"/>
      <w:r>
        <w:t>sportivo</w:t>
      </w:r>
      <w:proofErr w:type="spellEnd"/>
      <w:r>
        <w:t xml:space="preserve"> </w:t>
      </w:r>
      <w:proofErr w:type="spellStart"/>
      <w:r>
        <w:t>Monteverde</w:t>
      </w:r>
      <w:proofErr w:type="spellEnd"/>
      <w:r>
        <w:t xml:space="preserve"> Club</w:t>
      </w:r>
    </w:p>
    <w:p w:rsidR="000F6839" w:rsidRDefault="000F6839" w:rsidP="000F6839">
      <w:pPr>
        <w:spacing w:after="120"/>
      </w:pPr>
      <w:proofErr w:type="spellStart"/>
      <w:r>
        <w:rPr>
          <w:b/>
        </w:rPr>
        <w:t>Istruttore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nuoto</w:t>
      </w:r>
      <w:proofErr w:type="spellEnd"/>
      <w:r>
        <w:rPr>
          <w:b/>
        </w:rPr>
        <w:t xml:space="preserve"> FIN 2’ </w:t>
      </w:r>
      <w:proofErr w:type="spellStart"/>
      <w:r>
        <w:rPr>
          <w:b/>
        </w:rPr>
        <w:t>livello</w:t>
      </w:r>
      <w:proofErr w:type="spellEnd"/>
      <w:r>
        <w:rPr>
          <w:b/>
        </w:rPr>
        <w:t xml:space="preserve"> – </w:t>
      </w:r>
      <w:proofErr w:type="spellStart"/>
      <w:r>
        <w:rPr>
          <w:b/>
        </w:rPr>
        <w:t>Settembre</w:t>
      </w:r>
      <w:proofErr w:type="spellEnd"/>
      <w:r>
        <w:rPr>
          <w:b/>
        </w:rPr>
        <w:t xml:space="preserve"> 2017 – </w:t>
      </w:r>
      <w:proofErr w:type="spellStart"/>
      <w:r>
        <w:rPr>
          <w:b/>
        </w:rPr>
        <w:t>oggi</w:t>
      </w:r>
      <w:proofErr w:type="spellEnd"/>
      <w:r>
        <w:t xml:space="preserve"> </w:t>
      </w:r>
      <w:proofErr w:type="spellStart"/>
      <w:r>
        <w:t>presso</w:t>
      </w:r>
      <w:proofErr w:type="spellEnd"/>
      <w:r>
        <w:t xml:space="preserve"> </w:t>
      </w:r>
      <w:proofErr w:type="spellStart"/>
      <w:r>
        <w:t>circolo</w:t>
      </w:r>
      <w:proofErr w:type="spellEnd"/>
      <w:r>
        <w:t xml:space="preserve"> </w:t>
      </w:r>
      <w:proofErr w:type="spellStart"/>
      <w:r>
        <w:t>sportivo</w:t>
      </w:r>
      <w:proofErr w:type="spellEnd"/>
      <w:r>
        <w:t xml:space="preserve"> </w:t>
      </w:r>
      <w:proofErr w:type="spellStart"/>
      <w:r>
        <w:t>Monteverde</w:t>
      </w:r>
      <w:proofErr w:type="spellEnd"/>
      <w:r>
        <w:t xml:space="preserve"> Club</w:t>
      </w:r>
    </w:p>
    <w:p w:rsidR="000F6839" w:rsidRDefault="000F6839" w:rsidP="000F6839">
      <w:pPr>
        <w:spacing w:after="120"/>
      </w:pPr>
      <w:r>
        <w:rPr>
          <w:b/>
        </w:rPr>
        <w:t xml:space="preserve">Personal trainer  – </w:t>
      </w:r>
      <w:proofErr w:type="spellStart"/>
      <w:r>
        <w:rPr>
          <w:b/>
        </w:rPr>
        <w:t>Settembre</w:t>
      </w:r>
      <w:proofErr w:type="spellEnd"/>
      <w:r>
        <w:rPr>
          <w:b/>
        </w:rPr>
        <w:t xml:space="preserve"> 2017 – </w:t>
      </w:r>
      <w:proofErr w:type="spellStart"/>
      <w:r>
        <w:rPr>
          <w:b/>
        </w:rPr>
        <w:t>oggi</w:t>
      </w:r>
      <w:proofErr w:type="spellEnd"/>
      <w:r>
        <w:t xml:space="preserve"> </w:t>
      </w:r>
      <w:proofErr w:type="spellStart"/>
      <w:r>
        <w:t>presso</w:t>
      </w:r>
      <w:proofErr w:type="spellEnd"/>
      <w:r>
        <w:t xml:space="preserve"> </w:t>
      </w:r>
      <w:proofErr w:type="spellStart"/>
      <w:r>
        <w:t>circolo</w:t>
      </w:r>
      <w:proofErr w:type="spellEnd"/>
      <w:r>
        <w:t xml:space="preserve"> </w:t>
      </w:r>
      <w:proofErr w:type="spellStart"/>
      <w:r>
        <w:t>sportivo</w:t>
      </w:r>
      <w:proofErr w:type="spellEnd"/>
      <w:r>
        <w:t xml:space="preserve"> </w:t>
      </w:r>
      <w:proofErr w:type="spellStart"/>
      <w:r>
        <w:t>Monteverde</w:t>
      </w:r>
      <w:proofErr w:type="spellEnd"/>
      <w:r>
        <w:t xml:space="preserve"> Club</w:t>
      </w:r>
    </w:p>
    <w:p w:rsidR="000F6839" w:rsidRDefault="000F6839" w:rsidP="000F6839">
      <w:pPr>
        <w:spacing w:after="120"/>
      </w:pPr>
      <w:proofErr w:type="spellStart"/>
      <w:r>
        <w:rPr>
          <w:b/>
        </w:rPr>
        <w:t>Istruttore</w:t>
      </w:r>
      <w:proofErr w:type="spellEnd"/>
      <w:r>
        <w:rPr>
          <w:b/>
        </w:rPr>
        <w:t xml:space="preserve"> Fitness – </w:t>
      </w:r>
      <w:proofErr w:type="spellStart"/>
      <w:r>
        <w:rPr>
          <w:b/>
        </w:rPr>
        <w:t>Settembre</w:t>
      </w:r>
      <w:proofErr w:type="spellEnd"/>
      <w:r>
        <w:rPr>
          <w:b/>
        </w:rPr>
        <w:t xml:space="preserve"> 2017 – </w:t>
      </w:r>
      <w:proofErr w:type="spellStart"/>
      <w:r>
        <w:rPr>
          <w:b/>
        </w:rPr>
        <w:t>oggi</w:t>
      </w:r>
      <w:proofErr w:type="spellEnd"/>
      <w:r>
        <w:t xml:space="preserve"> </w:t>
      </w:r>
      <w:proofErr w:type="spellStart"/>
      <w:r>
        <w:t>presso</w:t>
      </w:r>
      <w:proofErr w:type="spellEnd"/>
      <w:r>
        <w:t xml:space="preserve"> </w:t>
      </w:r>
      <w:proofErr w:type="spellStart"/>
      <w:r>
        <w:t>circolo</w:t>
      </w:r>
      <w:proofErr w:type="spellEnd"/>
      <w:r>
        <w:t xml:space="preserve"> </w:t>
      </w:r>
      <w:proofErr w:type="spellStart"/>
      <w:r>
        <w:t>sportivo</w:t>
      </w:r>
      <w:proofErr w:type="spellEnd"/>
      <w:r>
        <w:t xml:space="preserve"> </w:t>
      </w:r>
      <w:proofErr w:type="spellStart"/>
      <w:r>
        <w:t>Monteverde</w:t>
      </w:r>
      <w:proofErr w:type="spellEnd"/>
      <w:r>
        <w:t xml:space="preserve"> Club</w:t>
      </w:r>
    </w:p>
    <w:p w:rsidR="000F6839" w:rsidRPr="00644F8B" w:rsidRDefault="00C808FD" w:rsidP="000F6839">
      <w:pPr>
        <w:spacing w:after="120"/>
      </w:pPr>
      <w:proofErr w:type="spellStart"/>
      <w:r>
        <w:rPr>
          <w:b/>
        </w:rPr>
        <w:t>Assistenza</w:t>
      </w:r>
      <w:bookmarkStart w:id="0" w:name="_GoBack"/>
      <w:bookmarkEnd w:id="0"/>
      <w:proofErr w:type="spellEnd"/>
      <w:r w:rsidR="000F6839">
        <w:rPr>
          <w:b/>
        </w:rPr>
        <w:t xml:space="preserve"> </w:t>
      </w:r>
      <w:proofErr w:type="spellStart"/>
      <w:r w:rsidR="000F6839">
        <w:rPr>
          <w:b/>
        </w:rPr>
        <w:t>bagnanti</w:t>
      </w:r>
      <w:proofErr w:type="spellEnd"/>
      <w:r w:rsidR="000F6839">
        <w:rPr>
          <w:b/>
        </w:rPr>
        <w:t xml:space="preserve"> - </w:t>
      </w:r>
      <w:proofErr w:type="spellStart"/>
      <w:r w:rsidR="000F6839">
        <w:rPr>
          <w:b/>
        </w:rPr>
        <w:t>settembre</w:t>
      </w:r>
      <w:proofErr w:type="spellEnd"/>
      <w:r w:rsidR="000F6839">
        <w:rPr>
          <w:b/>
        </w:rPr>
        <w:t xml:space="preserve"> 2014 – </w:t>
      </w:r>
      <w:proofErr w:type="spellStart"/>
      <w:r w:rsidR="000F6839">
        <w:rPr>
          <w:b/>
        </w:rPr>
        <w:t>settembre</w:t>
      </w:r>
      <w:proofErr w:type="spellEnd"/>
      <w:r w:rsidR="000F6839">
        <w:rPr>
          <w:b/>
        </w:rPr>
        <w:t xml:space="preserve"> 2020 </w:t>
      </w:r>
      <w:proofErr w:type="spellStart"/>
      <w:r w:rsidR="000F6839">
        <w:t>presso</w:t>
      </w:r>
      <w:proofErr w:type="spellEnd"/>
      <w:r w:rsidR="000F6839">
        <w:t xml:space="preserve"> </w:t>
      </w:r>
      <w:proofErr w:type="spellStart"/>
      <w:r w:rsidR="000F6839">
        <w:t>circolo</w:t>
      </w:r>
      <w:proofErr w:type="spellEnd"/>
      <w:r w:rsidR="000F6839">
        <w:t xml:space="preserve"> </w:t>
      </w:r>
      <w:proofErr w:type="spellStart"/>
      <w:r w:rsidR="000F6839">
        <w:t>sportivo</w:t>
      </w:r>
      <w:proofErr w:type="spellEnd"/>
      <w:r w:rsidR="000F6839">
        <w:t xml:space="preserve"> </w:t>
      </w:r>
      <w:proofErr w:type="spellStart"/>
      <w:r w:rsidR="000F6839">
        <w:t>Monteverde</w:t>
      </w:r>
      <w:proofErr w:type="spellEnd"/>
      <w:r w:rsidR="000F6839">
        <w:t xml:space="preserve"> Club</w:t>
      </w:r>
    </w:p>
    <w:p w:rsidR="00B0477B" w:rsidRDefault="00C808FD">
      <w:pPr>
        <w:pStyle w:val="Titolo1"/>
      </w:pPr>
      <w:proofErr w:type="spellStart"/>
      <w:r>
        <w:t>Formazione</w:t>
      </w:r>
      <w:proofErr w:type="spellEnd"/>
    </w:p>
    <w:p w:rsidR="00B0477B" w:rsidRDefault="00C808FD">
      <w:pPr>
        <w:spacing w:after="120"/>
      </w:pPr>
      <w:proofErr w:type="spellStart"/>
      <w:r>
        <w:t>Laurea</w:t>
      </w:r>
      <w:proofErr w:type="spellEnd"/>
      <w:r>
        <w:t xml:space="preserve"> </w:t>
      </w:r>
      <w:proofErr w:type="spellStart"/>
      <w:r>
        <w:t>Magistrale</w:t>
      </w:r>
      <w:proofErr w:type="spellEnd"/>
      <w:r>
        <w:t xml:space="preserve"> in </w:t>
      </w:r>
      <w:proofErr w:type="spellStart"/>
      <w:r w:rsidR="003C0897">
        <w:t>Scienze</w:t>
      </w:r>
      <w:proofErr w:type="spellEnd"/>
      <w:r w:rsidR="003C0897">
        <w:t xml:space="preserve"> </w:t>
      </w:r>
      <w:proofErr w:type="spellStart"/>
      <w:r w:rsidR="003C0897">
        <w:t>della</w:t>
      </w:r>
      <w:proofErr w:type="spellEnd"/>
      <w:r w:rsidR="003C0897">
        <w:t xml:space="preserve"> </w:t>
      </w:r>
      <w:proofErr w:type="spellStart"/>
      <w:r w:rsidR="003C0897">
        <w:t>nutrizione</w:t>
      </w:r>
      <w:proofErr w:type="spellEnd"/>
      <w:r w:rsidR="003C0897">
        <w:t xml:space="preserve"> </w:t>
      </w:r>
      <w:proofErr w:type="spellStart"/>
      <w:r w:rsidR="003C0897">
        <w:t>umana</w:t>
      </w:r>
      <w:proofErr w:type="spellEnd"/>
      <w:r>
        <w:t xml:space="preserve">, </w:t>
      </w:r>
      <w:proofErr w:type="spellStart"/>
      <w:r>
        <w:t>Università</w:t>
      </w:r>
      <w:proofErr w:type="spellEnd"/>
      <w:r>
        <w:t xml:space="preserve"> </w:t>
      </w:r>
      <w:r w:rsidR="003C0897">
        <w:t xml:space="preserve">San </w:t>
      </w:r>
      <w:proofErr w:type="spellStart"/>
      <w:r w:rsidR="003C0897">
        <w:t>Raffaele</w:t>
      </w:r>
      <w:proofErr w:type="spellEnd"/>
      <w:r>
        <w:t xml:space="preserve"> – </w:t>
      </w:r>
      <w:proofErr w:type="spellStart"/>
      <w:r>
        <w:t>Settembre</w:t>
      </w:r>
      <w:proofErr w:type="spellEnd"/>
      <w:r>
        <w:t xml:space="preserve"> 202</w:t>
      </w:r>
      <w:r w:rsidR="000F6839">
        <w:t xml:space="preserve">1 – Luglio 2023 </w:t>
      </w:r>
    </w:p>
    <w:p w:rsidR="00B0477B" w:rsidRDefault="00C808FD">
      <w:pPr>
        <w:spacing w:after="120"/>
      </w:pPr>
      <w:proofErr w:type="spellStart"/>
      <w:r>
        <w:lastRenderedPageBreak/>
        <w:t>Laurea</w:t>
      </w:r>
      <w:proofErr w:type="spellEnd"/>
      <w:r>
        <w:t xml:space="preserve"> </w:t>
      </w:r>
      <w:proofErr w:type="spellStart"/>
      <w:r>
        <w:t>Triennale</w:t>
      </w:r>
      <w:proofErr w:type="spellEnd"/>
      <w:r>
        <w:t xml:space="preserve"> in </w:t>
      </w:r>
      <w:proofErr w:type="spellStart"/>
      <w:r w:rsidR="003C0897">
        <w:t>Scienze</w:t>
      </w:r>
      <w:proofErr w:type="spellEnd"/>
      <w:r w:rsidR="003C0897">
        <w:t xml:space="preserve"> </w:t>
      </w:r>
      <w:proofErr w:type="spellStart"/>
      <w:r w:rsidR="003C0897">
        <w:t>motorie</w:t>
      </w:r>
      <w:proofErr w:type="spellEnd"/>
      <w:r w:rsidR="003C0897">
        <w:t xml:space="preserve"> e sportive</w:t>
      </w:r>
      <w:r>
        <w:t xml:space="preserve">, </w:t>
      </w:r>
      <w:proofErr w:type="spellStart"/>
      <w:r>
        <w:t>Università</w:t>
      </w:r>
      <w:proofErr w:type="spellEnd"/>
      <w:r>
        <w:t xml:space="preserve"> </w:t>
      </w:r>
      <w:proofErr w:type="spellStart"/>
      <w:r w:rsidR="003C0897">
        <w:t>Foro</w:t>
      </w:r>
      <w:proofErr w:type="spellEnd"/>
      <w:r w:rsidR="003C0897">
        <w:t xml:space="preserve"> </w:t>
      </w:r>
      <w:proofErr w:type="spellStart"/>
      <w:r w:rsidR="003C0897">
        <w:t>Italico</w:t>
      </w:r>
      <w:proofErr w:type="spellEnd"/>
      <w:r>
        <w:t xml:space="preserve"> – </w:t>
      </w:r>
      <w:proofErr w:type="spellStart"/>
      <w:r>
        <w:t>Settembre</w:t>
      </w:r>
      <w:proofErr w:type="spellEnd"/>
      <w:r>
        <w:t xml:space="preserve"> 201</w:t>
      </w:r>
      <w:r w:rsidR="003C0897">
        <w:t>4</w:t>
      </w:r>
      <w:r w:rsidR="000F6839">
        <w:t xml:space="preserve"> – </w:t>
      </w:r>
      <w:proofErr w:type="spellStart"/>
      <w:r w:rsidR="000F6839">
        <w:t>Giugno</w:t>
      </w:r>
      <w:proofErr w:type="spellEnd"/>
      <w:r w:rsidR="000F6839">
        <w:t xml:space="preserve"> 20</w:t>
      </w:r>
      <w:r w:rsidR="00704017">
        <w:t>1</w:t>
      </w:r>
      <w:r w:rsidR="003C0897">
        <w:t>7</w:t>
      </w:r>
      <w:r w:rsidR="000F6839">
        <w:t xml:space="preserve"> </w:t>
      </w:r>
    </w:p>
    <w:p w:rsidR="00B0477B" w:rsidRDefault="00C808FD">
      <w:pPr>
        <w:spacing w:after="120"/>
      </w:pPr>
      <w:r>
        <w:t>Di</w:t>
      </w:r>
      <w:r w:rsidR="003C0897">
        <w:t xml:space="preserve">ploma </w:t>
      </w:r>
      <w:proofErr w:type="spellStart"/>
      <w:r w:rsidR="003C0897">
        <w:t>Liceo</w:t>
      </w:r>
      <w:proofErr w:type="spellEnd"/>
      <w:r w:rsidR="003C0897">
        <w:t xml:space="preserve"> </w:t>
      </w:r>
      <w:proofErr w:type="spellStart"/>
      <w:r w:rsidR="003C0897">
        <w:t>Scientifico</w:t>
      </w:r>
      <w:proofErr w:type="spellEnd"/>
      <w:r w:rsidR="003C0897">
        <w:t xml:space="preserve">, </w:t>
      </w:r>
      <w:r w:rsidR="00704017">
        <w:t xml:space="preserve">Giorgio </w:t>
      </w:r>
      <w:proofErr w:type="spellStart"/>
      <w:r w:rsidR="00704017">
        <w:t>Keplero</w:t>
      </w:r>
      <w:proofErr w:type="spellEnd"/>
      <w:r w:rsidR="00704017">
        <w:t xml:space="preserve"> – 2009</w:t>
      </w:r>
      <w:r w:rsidR="003C0897">
        <w:t xml:space="preserve"> – 2014</w:t>
      </w:r>
    </w:p>
    <w:p w:rsidR="000F6839" w:rsidRDefault="000F6839" w:rsidP="000F6839">
      <w:pPr>
        <w:pStyle w:val="Titolo1"/>
      </w:pPr>
      <w:proofErr w:type="spellStart"/>
      <w:r>
        <w:t>Certificazioni</w:t>
      </w:r>
      <w:proofErr w:type="spellEnd"/>
    </w:p>
    <w:p w:rsidR="000F6839" w:rsidRDefault="00704017">
      <w:pPr>
        <w:spacing w:after="120"/>
      </w:pPr>
      <w:proofErr w:type="spellStart"/>
      <w:r>
        <w:t>Brevetto</w:t>
      </w:r>
      <w:proofErr w:type="spellEnd"/>
      <w:r>
        <w:t xml:space="preserve"> da </w:t>
      </w:r>
      <w:proofErr w:type="spellStart"/>
      <w:r>
        <w:t>assistente</w:t>
      </w:r>
      <w:proofErr w:type="spellEnd"/>
      <w:r>
        <w:t xml:space="preserve"> </w:t>
      </w:r>
      <w:proofErr w:type="spellStart"/>
      <w:r>
        <w:t>bagnanti</w:t>
      </w:r>
      <w:proofErr w:type="spellEnd"/>
      <w:r>
        <w:t xml:space="preserve"> 2013</w:t>
      </w:r>
    </w:p>
    <w:p w:rsidR="00704017" w:rsidRDefault="00704017">
      <w:pPr>
        <w:spacing w:after="120"/>
      </w:pPr>
      <w:proofErr w:type="spellStart"/>
      <w:r>
        <w:t>Brevetto</w:t>
      </w:r>
      <w:proofErr w:type="spellEnd"/>
      <w:r>
        <w:t xml:space="preserve"> </w:t>
      </w:r>
      <w:proofErr w:type="spellStart"/>
      <w:r>
        <w:t>istruttore</w:t>
      </w:r>
      <w:proofErr w:type="spellEnd"/>
      <w:r>
        <w:t xml:space="preserve"> FIN 2’ </w:t>
      </w:r>
      <w:proofErr w:type="spellStart"/>
      <w:r>
        <w:t>livello</w:t>
      </w:r>
      <w:proofErr w:type="spellEnd"/>
      <w:r>
        <w:t xml:space="preserve"> 2017</w:t>
      </w:r>
    </w:p>
    <w:p w:rsidR="00704017" w:rsidRDefault="00704017">
      <w:pPr>
        <w:spacing w:after="120"/>
      </w:pPr>
      <w:proofErr w:type="spellStart"/>
      <w:r>
        <w:t>Brevetto</w:t>
      </w:r>
      <w:proofErr w:type="spellEnd"/>
      <w:r>
        <w:t xml:space="preserve"> </w:t>
      </w:r>
      <w:proofErr w:type="spellStart"/>
      <w:r>
        <w:t>allenatore</w:t>
      </w:r>
      <w:proofErr w:type="spellEnd"/>
      <w:r>
        <w:t xml:space="preserve"> FIN 1’ </w:t>
      </w:r>
      <w:proofErr w:type="spellStart"/>
      <w:r>
        <w:t>livello</w:t>
      </w:r>
      <w:proofErr w:type="spellEnd"/>
      <w:r>
        <w:t xml:space="preserve"> 2019</w:t>
      </w:r>
    </w:p>
    <w:sectPr w:rsidR="0070401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F6839"/>
    <w:rsid w:val="001162FC"/>
    <w:rsid w:val="0015074B"/>
    <w:rsid w:val="0029639D"/>
    <w:rsid w:val="00326F90"/>
    <w:rsid w:val="003C0897"/>
    <w:rsid w:val="005A5397"/>
    <w:rsid w:val="00644F8B"/>
    <w:rsid w:val="006A69DE"/>
    <w:rsid w:val="00704017"/>
    <w:rsid w:val="00AA1D8D"/>
    <w:rsid w:val="00B0477B"/>
    <w:rsid w:val="00B47730"/>
    <w:rsid w:val="00C808FD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56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6020BDC-8382-4704-B8F7-46BDF886C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340</Words>
  <Characters>1938</Characters>
  <Application>Microsoft Office Word</Application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2274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user</cp:lastModifiedBy>
  <cp:revision>4</cp:revision>
  <dcterms:created xsi:type="dcterms:W3CDTF">2025-05-02T07:46:00Z</dcterms:created>
  <dcterms:modified xsi:type="dcterms:W3CDTF">2025-05-02T08:42:00Z</dcterms:modified>
</cp:coreProperties>
</file>